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Кому: 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(наименование дилера / продавца, ИНН, адрес)</w:t>
      </w:r>
    </w:p>
    <w:p>
      <w:pPr>
        <w:spacing w:after="0"/>
        <w:jc w:val="right"/>
      </w:pPr>
      <w:r>
        <w:rPr>
          <w:b w:val="0"/>
          <w:sz w:val="24"/>
        </w:rPr>
        <w:t>Копия: 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(изготовитель / импортёр — при наличии)</w:t>
      </w:r>
    </w:p>
    <w:p>
      <w:pPr>
        <w:spacing w:after="40"/>
        <w:jc w:val="both"/>
      </w:pPr>
      <w:r>
        <w:rPr>
          <w:b w:val="0"/>
          <w:sz w:val="24"/>
        </w:rPr>
      </w:r>
    </w:p>
    <w:p>
      <w:pPr>
        <w:spacing w:after="0"/>
        <w:jc w:val="right"/>
      </w:pPr>
      <w:r>
        <w:rPr>
          <w:b w:val="0"/>
          <w:sz w:val="24"/>
        </w:rPr>
        <w:t>От: ________________________________________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(Ф.И.О., адрес, телефон, e-mail)</w:t>
      </w:r>
    </w:p>
    <w:p>
      <w:pPr>
        <w:spacing w:after="160"/>
        <w:jc w:val="both"/>
      </w:pPr>
      <w:r>
        <w:rPr>
          <w:b w:val="0"/>
          <w:sz w:val="24"/>
        </w:rPr>
      </w:r>
    </w:p>
    <w:p>
      <w:pPr>
        <w:spacing w:after="0"/>
        <w:jc w:val="center"/>
      </w:pPr>
      <w:r>
        <w:rPr>
          <w:b/>
          <w:sz w:val="28"/>
        </w:rPr>
        <w:t>ПРЕТЕНЗИЯ</w:t>
      </w:r>
    </w:p>
    <w:p>
      <w:pPr>
        <w:spacing w:after="200"/>
        <w:jc w:val="center"/>
      </w:pPr>
      <w:r>
        <w:rPr>
          <w:b/>
          <w:sz w:val="26"/>
        </w:rPr>
        <w:t>о недостатках транспортного средства, приобретённого по договору купли-продажи</w:t>
      </w:r>
    </w:p>
    <w:p>
      <w:pPr>
        <w:spacing w:after="80"/>
        <w:jc w:val="both"/>
      </w:pPr>
      <w:r>
        <w:rPr>
          <w:b w:val="0"/>
          <w:sz w:val="24"/>
        </w:rPr>
        <w:t>«___» ________ 20___ г. по договору купли-продажи № ________ я приобрёл(а) у Вас автомобиль / мотоцикл / квадроцикл / снегоход (нужное подчеркнуть) ____________________, VIN (номер рамы) ____________________, год выпуска ______ (далее — ТС), стоимостью ____________ руб. ТС передано по акту «___» ________ 20___ г. Гарантийный срок изготовителя — ________ (по сервисной книжке), пробег на сегодня — ________ км. Плановое техническое обслуживание пройдено согласно регламенту (отметки в сервисной книжке / заказ-наряды прилагаю).</w:t>
      </w:r>
    </w:p>
    <w:p>
      <w:pPr>
        <w:spacing w:after="40"/>
        <w:jc w:val="both"/>
      </w:pPr>
      <w:r>
        <w:rPr>
          <w:b w:val="0"/>
          <w:sz w:val="24"/>
        </w:rPr>
        <w:t>В период гарантии выявлены недостатки:</w:t>
      </w:r>
    </w:p>
    <w:p>
      <w:pPr>
        <w:spacing w:after="40"/>
        <w:jc w:val="left"/>
      </w:pPr>
      <w:r>
        <w:rPr>
          <w:b w:val="0"/>
          <w:sz w:val="24"/>
        </w:rPr>
        <w:t>1. ____________________________________________________________________________</w:t>
      </w:r>
    </w:p>
    <w:p>
      <w:pPr>
        <w:spacing w:after="40"/>
        <w:jc w:val="left"/>
      </w:pPr>
      <w:r>
        <w:rPr>
          <w:b w:val="0"/>
          <w:sz w:val="24"/>
        </w:rPr>
        <w:t>2. ____________________________________________________________________________</w:t>
      </w:r>
    </w:p>
    <w:p>
      <w:pPr>
        <w:spacing w:after="40"/>
        <w:jc w:val="left"/>
      </w:pPr>
      <w:r>
        <w:rPr>
          <w:b w:val="0"/>
          <w:sz w:val="24"/>
        </w:rPr>
        <w:t>3. ____________________________________________________________________________</w:t>
      </w:r>
    </w:p>
    <w:p>
      <w:pPr>
        <w:spacing w:after="40"/>
        <w:jc w:val="both"/>
      </w:pPr>
      <w:r>
        <w:rPr>
          <w:b w:val="0"/>
          <w:sz w:val="24"/>
        </w:rPr>
      </w:r>
    </w:p>
    <w:p>
      <w:pPr>
        <w:spacing w:after="160"/>
        <w:jc w:val="both"/>
      </w:pPr>
      <w:r>
        <w:rPr>
          <w:b w:val="0"/>
          <w:sz w:val="24"/>
        </w:rPr>
        <w:t>История обращений: недостаток устранялся «___» ________ 20___ г. (заказ-наряд № ______), проявился вновь «___» ________ 20___ г. / ТС находилось в ремонте ______ дней в текущем году гарантии / срок устранения нарушен (ненужное зачеркнуть).</w:t>
      </w:r>
    </w:p>
    <w:p>
      <w:pPr>
        <w:spacing w:after="40"/>
        <w:jc w:val="both"/>
      </w:pPr>
      <w:r>
        <w:rPr>
          <w:b w:val="0"/>
          <w:sz w:val="24"/>
        </w:rPr>
        <w:t>На основании ст. 18, 20, 21, 22 Закона РФ «О защите прав потребителей» требую (отметьте одно):</w:t>
      </w:r>
    </w:p>
    <w:p>
      <w:pPr>
        <w:spacing w:after="40"/>
        <w:jc w:val="left"/>
      </w:pPr>
      <w:r>
        <w:rPr>
          <w:b w:val="0"/>
          <w:sz w:val="24"/>
        </w:rPr>
        <w:t>☐ безвозмездно устранить недостатки в срок не более 45 дней (п. 1 ст. 20 Закона);</w:t>
      </w:r>
    </w:p>
    <w:p>
      <w:pPr>
        <w:spacing w:after="40"/>
        <w:jc w:val="left"/>
      </w:pPr>
      <w:r>
        <w:rPr>
          <w:b w:val="0"/>
          <w:sz w:val="24"/>
        </w:rPr>
        <w:t>☐ заменить ТС на такое же (той же модели и комплектации) — в связи с существенным недостатком / нарушением сроков устранения / невозможностью использования более 30 дней в течение года гарантии;</w:t>
      </w:r>
    </w:p>
    <w:p>
      <w:pPr>
        <w:spacing w:after="40"/>
        <w:jc w:val="left"/>
      </w:pPr>
      <w:r>
        <w:rPr>
          <w:b w:val="0"/>
          <w:sz w:val="24"/>
        </w:rPr>
        <w:t>☐ принять отказ от исполнения договора и вернуть уплаченные ____________ руб., а также возместить убытки (разницу в цене аналогичного нового ТС на день удовлетворения требования, проценты по кредиту, дополнительное оборудование) — ____________ руб. (п. 1 ст. 18, п. 4 ст. 24 Закона);</w:t>
      </w:r>
    </w:p>
    <w:p>
      <w:pPr>
        <w:spacing w:after="40"/>
        <w:jc w:val="left"/>
      </w:pPr>
      <w:r>
        <w:rPr>
          <w:b w:val="0"/>
          <w:sz w:val="24"/>
        </w:rPr>
        <w:t>☐ соразмерно уменьшить покупную цену на ____________ руб.</w:t>
      </w:r>
    </w:p>
    <w:p>
      <w:pPr>
        <w:spacing w:after="80"/>
        <w:jc w:val="both"/>
      </w:pPr>
      <w:r>
        <w:rPr>
          <w:b w:val="0"/>
          <w:sz w:val="24"/>
        </w:rPr>
      </w:r>
    </w:p>
    <w:p>
      <w:pPr>
        <w:spacing w:after="80"/>
        <w:jc w:val="both"/>
      </w:pPr>
      <w:r>
        <w:rPr>
          <w:b w:val="0"/>
          <w:sz w:val="24"/>
        </w:rPr>
        <w:t>Требования о замене — 7 дней (при дополнительной проверке — 20 дней), о возврате денег и уменьшении цены — 10 дней со дня получения претензии (ст. 21, 22 Закона). За просрочку начисляется неустойка 1 % цены ТС за каждый день (ст. 23 Закона). Прошу провести проверку качества с моим участием: сообщите дату, время и место заранее (п. 5 ст. 18 Закона). При несогласии с её результатами я проведу независимую экспертизу, о чём уведомлю Вас дополнительно. В случае отказа обращусь в суд с требованием также о компенсации морального вреда (ст. 15) и штрафе 50 % (п. 6 ст. 13 Закона).</w:t>
      </w:r>
    </w:p>
    <w:p>
      <w:pPr>
        <w:spacing w:after="160"/>
        <w:jc w:val="both"/>
      </w:pPr>
      <w:r>
        <w:rPr>
          <w:b w:val="0"/>
          <w:sz w:val="24"/>
        </w:rPr>
        <w:t>Ответ прошу направить по адресу / e-mail: ______________________________.</w:t>
      </w:r>
    </w:p>
    <w:p>
      <w:pPr>
        <w:spacing w:after="240"/>
        <w:jc w:val="both"/>
      </w:pPr>
      <w:r>
        <w:rPr>
          <w:b w:val="0"/>
          <w:sz w:val="24"/>
        </w:rPr>
        <w:t>Приложения: копия договора купли-продажи и акта передачи; копия сервисной книжки; заказ-наряды гарантийных ремонтов; фото/видео недостатков; ______________.</w:t>
      </w:r>
    </w:p>
    <w:p>
      <w:pPr>
        <w:spacing w:after="280"/>
        <w:jc w:val="left"/>
      </w:pPr>
      <w:r>
        <w:rPr>
          <w:b w:val="0"/>
          <w:sz w:val="24"/>
        </w:rPr>
        <w:t>«___» ________ 20___ г.        ________________ / ______________________</w:t>
      </w:r>
    </w:p>
    <w:p>
      <w:pPr>
        <w:spacing w:after="80"/>
        <w:jc w:val="both"/>
      </w:pPr>
      <w:r>
        <w:rPr>
          <w:b w:val="0"/>
          <w:sz w:val="20"/>
        </w:rPr>
        <w:t>Образец информационный, подготовлен ООО «МЭТР» (expertmetr.ru). Претензию вручите под отметку о получении (дата, подпись, печать) или направьте заказным письмом с описью вложения и уведомлением о вручении.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Образец подготовлен экспертным центром «МЭТР» · expertmetr.ru · экспертиза заводского брака: +7 (495) 771-24-46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