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left="4535"/>
        <w:jc w:val="right"/>
      </w:pPr>
      <w:r>
        <w:rPr>
          <w:sz w:val="22"/>
        </w:rPr>
        <w:t>Кому: ____________________________________</w:t>
        <w:br/>
      </w:r>
      <w:r>
        <w:rPr>
          <w:sz w:val="22"/>
        </w:rPr>
        <w:t>(наименование СТО / ИП, адрес)</w:t>
        <w:br/>
      </w:r>
      <w:r>
        <w:rPr>
          <w:sz w:val="22"/>
        </w:rPr>
        <w:t>От: ______________________________________</w:t>
        <w:br/>
      </w:r>
      <w:r>
        <w:rPr>
          <w:sz w:val="22"/>
        </w:rPr>
        <w:t>(Ф.И.О., адрес, телефон)</w:t>
        <w:br/>
      </w:r>
    </w:p>
    <w:p>
      <w:pPr>
        <w:spacing w:after="120"/>
        <w:jc w:val="left"/>
      </w:pPr>
      <w:r>
        <w:rPr>
          <w:b w:val="0"/>
          <w:i w:val="0"/>
          <w:sz w:val="24"/>
        </w:rPr>
      </w:r>
    </w:p>
    <w:p>
      <w:pPr>
        <w:spacing w:after="60"/>
        <w:jc w:val="center"/>
      </w:pPr>
      <w:r>
        <w:rPr>
          <w:b/>
          <w:i w:val="0"/>
          <w:sz w:val="26"/>
        </w:rPr>
        <w:t>ПРЕТЕНЗИЯ</w:t>
      </w:r>
    </w:p>
    <w:p>
      <w:pPr>
        <w:spacing w:after="200"/>
        <w:jc w:val="center"/>
      </w:pPr>
      <w:r>
        <w:rPr>
          <w:b w:val="0"/>
          <w:i/>
          <w:sz w:val="22"/>
        </w:rPr>
        <w:t>о недостатках и завышении объёма выполненных работ</w:t>
      </w:r>
    </w:p>
    <w:p>
      <w:pPr>
        <w:spacing w:after="160"/>
        <w:ind w:firstLine="567"/>
        <w:jc w:val="both"/>
      </w:pPr>
      <w:r>
        <w:rPr>
          <w:b w:val="0"/>
          <w:i w:val="0"/>
          <w:sz w:val="24"/>
        </w:rPr>
        <w:t>«____» __________ 20___ г. между мной и ____________________ заключён договор (заказ-наряд № ____) на ремонт автомобиля ____________________, VIN ____________________, гос. номер __________. Стоимость работ по заказ-наряду составила ____________ рублей, оплачено ____________ рублей.</w:t>
      </w:r>
    </w:p>
    <w:p>
      <w:pPr>
        <w:spacing w:after="160"/>
        <w:ind w:firstLine="567"/>
        <w:jc w:val="both"/>
      </w:pPr>
      <w:r>
        <w:rPr>
          <w:b w:val="0"/>
          <w:i w:val="0"/>
          <w:sz w:val="24"/>
        </w:rPr>
        <w:t>После получения автомобиля выявлено, что часть оплаченных работ фактически не выполнена либо выполнена с недостатками: ______________________________________________________________. Это подтверждается ____________________ (актом, фотоматериалами, заключением специалиста).</w:t>
      </w:r>
    </w:p>
    <w:p>
      <w:pPr>
        <w:spacing w:after="160"/>
        <w:ind w:firstLine="567"/>
        <w:jc w:val="both"/>
      </w:pPr>
      <w:r>
        <w:rPr>
          <w:b w:val="0"/>
          <w:i w:val="0"/>
          <w:sz w:val="24"/>
        </w:rPr>
        <w:t>В силу ст. 29 Закона РФ «О защите прав потребителей» при обнаружении недостатков выполненной работы потребитель вправе по своему выбору требовать безвозмездного устранения недостатков, соразмерного уменьшения цены или возмещения расходов на устранение.</w:t>
      </w:r>
    </w:p>
    <w:p>
      <w:pPr>
        <w:spacing w:after="160"/>
        <w:ind w:firstLine="567"/>
        <w:jc w:val="both"/>
      </w:pPr>
      <w:r>
        <w:rPr>
          <w:b w:val="0"/>
          <w:i w:val="0"/>
          <w:sz w:val="24"/>
        </w:rPr>
        <w:t>На основании изложенного требую в течение 10 дней с даты получения претензии: соразмерно уменьшить цену работ и вернуть ____________ рублей (либо безвозмездно устранить недостатки). При отказе оставляю за собой право на неустойку 3% за каждый день просрочки (ст. 28, 31 ЗоЗПП), штраф 50% (ст. 13) и обращение в суд. Для фиксации недостатков проведена (будет проведена) независимая экспертиза качества ремонта.</w:t>
      </w:r>
    </w:p>
    <w:p>
      <w:pPr>
        <w:spacing w:after="40"/>
        <w:jc w:val="left"/>
      </w:pPr>
      <w:r>
        <w:rPr>
          <w:b/>
          <w:i w:val="0"/>
          <w:sz w:val="24"/>
        </w:rPr>
        <w:t>Приложения:</w:t>
      </w:r>
    </w:p>
    <w:p>
      <w:pPr>
        <w:pStyle w:val="ListBullet"/>
        <w:spacing w:after="40"/>
      </w:pPr>
      <w:r>
        <w:rPr>
          <w:sz w:val="22"/>
        </w:rPr>
        <w:t>копия заказ-наряда / договора и чека об оплате;</w:t>
      </w:r>
    </w:p>
    <w:p>
      <w:pPr>
        <w:pStyle w:val="ListBullet"/>
        <w:spacing w:after="40"/>
      </w:pPr>
      <w:r>
        <w:rPr>
          <w:sz w:val="22"/>
        </w:rPr>
        <w:t>фотоматериалы, заключение независимой экспертизы качества ремонта.</w:t>
      </w:r>
    </w:p>
    <w:p>
      <w:pPr>
        <w:spacing w:after="120"/>
        <w:jc w:val="left"/>
      </w:pPr>
      <w:r>
        <w:rPr>
          <w:b w:val="0"/>
          <w:i w:val="0"/>
          <w:sz w:val="24"/>
        </w:rPr>
      </w:r>
    </w:p>
    <w:p>
      <w:pPr>
        <w:spacing w:before="240"/>
      </w:pPr>
      <w:r>
        <w:rPr>
          <w:sz w:val="24"/>
        </w:rPr>
        <w:t>«____» ____________ 20___ г.        __________________ / ______________________ /</w:t>
      </w:r>
    </w:p>
    <w:p>
      <w:pPr>
        <w:spacing w:after="0"/>
        <w:jc w:val="left"/>
      </w:pPr>
      <w:r>
        <w:rPr>
          <w:b w:val="0"/>
          <w:i w:val="0"/>
          <w:sz w:val="18"/>
        </w:rPr>
        <w:t>(дата)                                          (подпись)                (расшифровка)</w:t>
      </w:r>
    </w:p>
    <w:p>
      <w:pPr>
        <w:spacing w:after="120"/>
        <w:jc w:val="left"/>
      </w:pPr>
      <w:r>
        <w:rPr>
          <w:b w:val="0"/>
          <w:i w:val="0"/>
          <w:sz w:val="24"/>
        </w:rPr>
      </w:r>
    </w:p>
    <w:p>
      <w:pPr>
        <w:spacing w:after="120"/>
        <w:jc w:val="left"/>
      </w:pPr>
      <w:r>
        <w:rPr>
          <w:b w:val="0"/>
          <w:i/>
          <w:sz w:val="18"/>
        </w:rPr>
        <w:t>Образец подготовлен ООО «МЭТР» (expertmetr.ru). Скорректируйте под ваш случай; адресат может запросить дополнительные документы. Независимую экспертизу и оценку для суда, страховой и госорганов выполняет ООО «МЭТР» — expertmetr.ru, +7 (495) 771-24-46.</w:t>
      </w:r>
    </w:p>
    <w:sectPr w:rsidR="00FC693F" w:rsidRPr="0006063C" w:rsidSect="00034616">
      <w:pgSz w:w="11906" w:h="16838"/>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