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b/>
          <w:i w:val="0"/>
          <w:sz w:val="26"/>
        </w:rPr>
        <w:t>ТЕЛЕГРАММА (уведомление о проведении осмотра)</w:t>
      </w:r>
    </w:p>
    <w:p>
      <w:pPr>
        <w:spacing w:after="200"/>
        <w:jc w:val="center"/>
      </w:pPr>
      <w:r>
        <w:rPr>
          <w:b w:val="0"/>
          <w:i/>
          <w:sz w:val="22"/>
        </w:rPr>
        <w:t>вручить: ____________________ (Ф.И.О./наименование, адрес)</w:t>
      </w:r>
    </w:p>
    <w:p>
      <w:pPr>
        <w:spacing w:after="160"/>
        <w:ind w:firstLine="567"/>
        <w:jc w:val="both"/>
      </w:pPr>
      <w:r>
        <w:rPr>
          <w:b w:val="0"/>
          <w:i w:val="0"/>
          <w:sz w:val="24"/>
        </w:rPr>
        <w:t>Уведомляю о проведении независимой экспертизы (осмотра) транспортного средства ____________________, гос. номер __________, VIN ____________________.</w:t>
      </w:r>
    </w:p>
    <w:p>
      <w:pPr>
        <w:spacing w:after="160"/>
        <w:ind w:firstLine="567"/>
        <w:jc w:val="both"/>
      </w:pPr>
      <w:r>
        <w:rPr>
          <w:b w:val="0"/>
          <w:i w:val="0"/>
          <w:sz w:val="24"/>
        </w:rPr>
        <w:t>Осмотр состоится «____» __________ 20___ г. в ____ час. по адресу: ____________________________________. Приглашаю Вас присутствовать лично или направить уполномоченного представителя.</w:t>
      </w:r>
    </w:p>
    <w:p>
      <w:pPr>
        <w:spacing w:after="160"/>
        <w:ind w:firstLine="567"/>
        <w:jc w:val="both"/>
      </w:pPr>
      <w:r>
        <w:rPr>
          <w:b w:val="0"/>
          <w:i w:val="0"/>
          <w:sz w:val="24"/>
        </w:rPr>
        <w:t>В случае неявки осмотр и экспертиза будут проведены без Вашего участия, что не является препятствием для использования их результатов в суде (ч. 3 ст. 79 ГПК РФ).</w:t>
      </w:r>
    </w:p>
    <w:p>
      <w:pPr>
        <w:spacing w:after="160"/>
        <w:ind w:firstLine="567"/>
        <w:jc w:val="both"/>
      </w:pPr>
      <w:r>
        <w:rPr>
          <w:b w:val="0"/>
          <w:i w:val="0"/>
          <w:sz w:val="24"/>
        </w:rPr>
        <w:t>Отправитель: ____________________ (Ф.И.О., адрес, телефон).</w:t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120"/>
        <w:jc w:val="left"/>
      </w:pPr>
      <w:r>
        <w:rPr>
          <w:b w:val="0"/>
          <w:i/>
          <w:sz w:val="18"/>
        </w:rPr>
        <w:t>Образец подготовлен ООО «МЭТР» (expertmetr.ru). Скорректируйте под ваш случай; адресат может запросить дополнительные документы. Независимую экспертизу и оценку для суда, страховой и госорганов выполняет ООО «МЭТР» — expertmetr.ru, +7 (495) 771-24-46.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