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b w:val="0"/>
          <w:sz w:val="24"/>
        </w:rPr>
        <w:t>Кому: ______________________________________</w:t>
      </w:r>
    </w:p>
    <w:p>
      <w:pPr>
        <w:spacing w:after="0"/>
        <w:jc w:val="right"/>
      </w:pPr>
      <w:r>
        <w:rPr>
          <w:b w:val="0"/>
          <w:sz w:val="24"/>
        </w:rPr>
        <w:t>(наименование автосервиса / ИП, адрес)</w:t>
      </w:r>
    </w:p>
    <w:p>
      <w:pPr>
        <w:spacing w:after="40"/>
        <w:jc w:val="both"/>
      </w:pPr>
      <w:r>
        <w:rPr>
          <w:b w:val="0"/>
          <w:sz w:val="24"/>
        </w:rPr>
      </w:r>
    </w:p>
    <w:p>
      <w:pPr>
        <w:spacing w:after="0"/>
        <w:jc w:val="right"/>
      </w:pPr>
      <w:r>
        <w:rPr>
          <w:b w:val="0"/>
          <w:sz w:val="24"/>
        </w:rPr>
        <w:t>От: ________________________________________</w:t>
      </w:r>
    </w:p>
    <w:p>
      <w:pPr>
        <w:spacing w:after="0"/>
        <w:jc w:val="right"/>
      </w:pPr>
      <w:r>
        <w:rPr>
          <w:b w:val="0"/>
          <w:sz w:val="24"/>
        </w:rPr>
        <w:t>(Ф.И.О., адрес, телефон)</w:t>
      </w:r>
    </w:p>
    <w:p>
      <w:pPr>
        <w:spacing w:after="160"/>
        <w:jc w:val="both"/>
      </w:pPr>
      <w:r>
        <w:rPr>
          <w:b w:val="0"/>
          <w:sz w:val="24"/>
        </w:rPr>
      </w:r>
    </w:p>
    <w:p>
      <w:pPr>
        <w:spacing w:after="0"/>
        <w:jc w:val="center"/>
      </w:pPr>
      <w:r>
        <w:rPr>
          <w:b/>
          <w:sz w:val="28"/>
        </w:rPr>
        <w:t>УВЕДОМЛЕНИЕ</w:t>
      </w:r>
    </w:p>
    <w:p>
      <w:pPr>
        <w:spacing w:after="200"/>
        <w:jc w:val="center"/>
      </w:pPr>
      <w:r>
        <w:rPr>
          <w:b/>
          <w:sz w:val="26"/>
        </w:rPr>
        <w:t>о проведении независимой экспертизы качества ремонта автомобиля</w:t>
      </w:r>
    </w:p>
    <w:p>
      <w:pPr>
        <w:spacing w:after="80"/>
        <w:jc w:val="both"/>
      </w:pPr>
      <w:r>
        <w:rPr>
          <w:b w:val="0"/>
          <w:sz w:val="24"/>
        </w:rPr>
        <w:t>В связи с недостатками ремонта моего автомобиля ____________________, VIN ____________________, гос. номер __________, выполненного по заказ-наряду № ________ от «___» ________ 20___ г., и претензией от «___» ________ 20___ г. уведомляю о проведении независимой экспертизы качества выполненных работ.</w:t>
      </w:r>
    </w:p>
    <w:p>
      <w:pPr>
        <w:spacing w:after="80"/>
        <w:jc w:val="both"/>
      </w:pPr>
      <w:r>
        <w:rPr>
          <w:b w:val="0"/>
          <w:sz w:val="24"/>
        </w:rPr>
        <w:t>Осмотр автомобиля состоится «___» ________ 20___ г. в ___ ч ___ мин по адресу: ________________________________.</w:t>
      </w:r>
    </w:p>
    <w:p>
      <w:pPr>
        <w:spacing w:after="80"/>
        <w:jc w:val="both"/>
      </w:pPr>
      <w:r>
        <w:rPr>
          <w:b w:val="0"/>
          <w:sz w:val="24"/>
        </w:rPr>
        <w:t>Экспертизу проводит: ________________________________ (экспертная организация, телефон).</w:t>
      </w:r>
    </w:p>
    <w:p>
      <w:pPr>
        <w:spacing w:after="80"/>
        <w:jc w:val="both"/>
      </w:pPr>
      <w:r>
        <w:rPr>
          <w:b w:val="0"/>
          <w:sz w:val="24"/>
        </w:rPr>
        <w:t>Вопросы эксперту: 1) имеются ли недостатки выполненных работ по заказ-наряду, какие именно; 2) являются ли они следствием нарушения технологии ремонта; 3) какова стоимость их устранения.</w:t>
      </w:r>
    </w:p>
    <w:p>
      <w:pPr>
        <w:spacing w:after="240"/>
        <w:jc w:val="both"/>
      </w:pPr>
      <w:r>
        <w:rPr>
          <w:b w:val="0"/>
          <w:sz w:val="24"/>
        </w:rPr>
        <w:t>Приглашаю Вас направить уполномоченного представителя с доверенностью. Неявка не препятствует проведению осмотра; его результаты будут использованы при рассмотрении претензии и в суде.</w:t>
      </w:r>
    </w:p>
    <w:p>
      <w:pPr>
        <w:spacing w:after="280"/>
        <w:jc w:val="left"/>
      </w:pPr>
      <w:r>
        <w:rPr>
          <w:b w:val="0"/>
          <w:sz w:val="24"/>
        </w:rPr>
        <w:t>«___» ________ 20___ г.        ________________ / ______________________</w:t>
      </w:r>
    </w:p>
    <w:p>
      <w:pPr>
        <w:spacing w:after="80"/>
        <w:jc w:val="both"/>
      </w:pPr>
      <w:r>
        <w:rPr>
          <w:b w:val="0"/>
          <w:sz w:val="20"/>
        </w:rPr>
        <w:t>Как отправить: телеграммой с уведомлением о вручении, заказным письмом с описью и уведомлением или вручить под отметку — не позднее чем за 3–5 рабочих дней до осмотра. Сообщение считается доставленным и тогда, когда адресат уклонился от получения (ст. 165.1 ГК РФ). Образец подготовлен ООО «МЭТР» (expertmetr.ru).</w:t>
      </w:r>
    </w:p>
    <w:sectPr w:rsidR="00FC693F" w:rsidRPr="0006063C" w:rsidSect="00034616">
      <w:footerReference w:type="default" r:id="rId9"/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Образец подготовлен экспертным центром «МЭТР» · expertmetr.ru · экспертиза качества ремонта авто: +7 (495) 771-24-46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