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4535"/>
        <w:jc w:val="right"/>
      </w:pPr>
      <w:r>
        <w:rPr>
          <w:sz w:val="22"/>
        </w:rPr>
        <w:t>В отдел опеки и попечительства</w:t>
        <w:br/>
      </w:r>
      <w:r>
        <w:rPr>
          <w:sz w:val="22"/>
        </w:rPr>
        <w:t>администрации ____________________ района</w:t>
        <w:br/>
      </w:r>
      <w:r>
        <w:rPr>
          <w:sz w:val="22"/>
        </w:rPr>
        <w:t>от ____________________ (Ф.И.О. законного представителя)</w:t>
        <w:br/>
      </w:r>
      <w:r>
        <w:rPr>
          <w:sz w:val="22"/>
        </w:rPr>
        <w:t>паспорт ____________, тел. ____________</w:t>
        <w:br/>
      </w:r>
    </w:p>
    <w:p>
      <w:pPr>
        <w:spacing w:after="120"/>
        <w:jc w:val="left"/>
      </w:pPr>
      <w:r>
        <w:rPr>
          <w:b w:val="0"/>
          <w:i w:val="0"/>
          <w:sz w:val="24"/>
        </w:rPr>
      </w:r>
    </w:p>
    <w:p>
      <w:pPr>
        <w:spacing w:after="60"/>
        <w:jc w:val="center"/>
      </w:pPr>
      <w:r>
        <w:rPr>
          <w:b/>
          <w:i w:val="0"/>
          <w:sz w:val="26"/>
        </w:rPr>
        <w:t>ЗАЯВЛЕНИЕ</w:t>
      </w:r>
    </w:p>
    <w:p>
      <w:pPr>
        <w:spacing w:after="200"/>
        <w:jc w:val="center"/>
      </w:pPr>
      <w:r>
        <w:rPr>
          <w:b w:val="0"/>
          <w:i/>
          <w:sz w:val="22"/>
        </w:rPr>
        <w:t>о выдаче разрешения на продажу автомобиля, принадлежащего несовершеннолетнему</w:t>
      </w:r>
    </w:p>
    <w:p>
      <w:pPr>
        <w:spacing w:after="160"/>
        <w:ind w:firstLine="567"/>
        <w:jc w:val="both"/>
      </w:pPr>
      <w:r>
        <w:rPr>
          <w:b w:val="0"/>
          <w:i w:val="0"/>
          <w:sz w:val="24"/>
        </w:rPr>
        <w:t>Прошу выдать предварительное разрешение на продажу автомобиля ____________________, VIN ____________________, гос. номер __________, принадлежащего несовершеннолетнему(ей) ____________________ (дата рождения) на праве собственности (доля ______).</w:t>
      </w:r>
    </w:p>
    <w:p>
      <w:pPr>
        <w:spacing w:after="160"/>
        <w:ind w:firstLine="567"/>
        <w:jc w:val="both"/>
      </w:pPr>
      <w:r>
        <w:rPr>
          <w:b w:val="0"/>
          <w:i w:val="0"/>
          <w:sz w:val="24"/>
        </w:rPr>
        <w:t>Продажа осуществляется в интересах ребёнка: денежные средства от его доли в размере ____________ рублей (рыночная стоимость подтверждается отчётом об оценке) будут зачислены на номинальный счёт несовершеннолетнего / направлены на приобретение доли в ином имуществе ____________________.</w:t>
      </w:r>
    </w:p>
    <w:p>
      <w:pPr>
        <w:spacing w:after="160"/>
        <w:ind w:firstLine="567"/>
        <w:jc w:val="both"/>
      </w:pPr>
      <w:r>
        <w:rPr>
          <w:b w:val="0"/>
          <w:i w:val="0"/>
          <w:sz w:val="24"/>
        </w:rPr>
        <w:t>Обязуюсь представить в орган опеки документы, подтверждающие зачисление средств на счёт ребёнка (выписку по счёту), в срок ______ после сделки.</w:t>
      </w:r>
    </w:p>
    <w:p>
      <w:pPr>
        <w:spacing w:after="40"/>
        <w:jc w:val="left"/>
      </w:pPr>
      <w:r>
        <w:rPr>
          <w:b/>
          <w:i w:val="0"/>
          <w:sz w:val="24"/>
        </w:rPr>
        <w:t>Приложения:</w:t>
      </w:r>
    </w:p>
    <w:p>
      <w:pPr>
        <w:pStyle w:val="ListBullet"/>
        <w:spacing w:after="40"/>
      </w:pPr>
      <w:r>
        <w:rPr>
          <w:sz w:val="22"/>
        </w:rPr>
        <w:t>отчёт об оценке рыночной стоимости автомобиля;</w:t>
      </w:r>
    </w:p>
    <w:p>
      <w:pPr>
        <w:pStyle w:val="ListBullet"/>
        <w:spacing w:after="40"/>
      </w:pPr>
      <w:r>
        <w:rPr>
          <w:sz w:val="22"/>
        </w:rPr>
        <w:t>ПТС/СТС, свидетельство о рождении ребёнка, паспорта;</w:t>
      </w:r>
    </w:p>
    <w:p>
      <w:pPr>
        <w:pStyle w:val="ListBullet"/>
        <w:spacing w:after="40"/>
      </w:pPr>
      <w:r>
        <w:rPr>
          <w:sz w:val="22"/>
        </w:rPr>
        <w:t>реквизиты номинального счёта несовершеннолетнего.</w:t>
      </w:r>
    </w:p>
    <w:p>
      <w:pPr>
        <w:spacing w:after="120"/>
        <w:jc w:val="left"/>
      </w:pPr>
      <w:r>
        <w:rPr>
          <w:b w:val="0"/>
          <w:i w:val="0"/>
          <w:sz w:val="24"/>
        </w:rPr>
      </w:r>
    </w:p>
    <w:p>
      <w:pPr>
        <w:spacing w:before="240"/>
      </w:pPr>
      <w:r>
        <w:rPr>
          <w:sz w:val="24"/>
        </w:rPr>
        <w:t>«____» ____________ 20___ г.        __________________ / ______________________ /</w:t>
      </w:r>
    </w:p>
    <w:p>
      <w:pPr>
        <w:spacing w:after="0"/>
        <w:jc w:val="left"/>
      </w:pPr>
      <w:r>
        <w:rPr>
          <w:b w:val="0"/>
          <w:i w:val="0"/>
          <w:sz w:val="18"/>
        </w:rPr>
        <w:t>(дата)                                          (подпись)                (расшифровка)</w:t>
      </w:r>
    </w:p>
    <w:p>
      <w:pPr>
        <w:spacing w:after="120"/>
        <w:jc w:val="left"/>
      </w:pPr>
      <w:r>
        <w:rPr>
          <w:b w:val="0"/>
          <w:i w:val="0"/>
          <w:sz w:val="24"/>
        </w:rPr>
      </w:r>
    </w:p>
    <w:p>
      <w:pPr>
        <w:spacing w:after="120"/>
        <w:jc w:val="left"/>
      </w:pPr>
      <w:r>
        <w:rPr>
          <w:b w:val="0"/>
          <w:i/>
          <w:sz w:val="18"/>
        </w:rPr>
        <w:t>Образец подготовлен ООО «МЭТР» (expertmetr.ru). Скорректируйте под ваш случай; адресат может запросить дополнительные документы. Независимую экспертизу и оценку для суда, страховой и госорганов выполняет ООО «МЭТР» — expertmetr.ru, +7 (495) 771-24-46.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